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8912E"/>
          <w:sz w:val="18"/>
        </w:rPr>
        <w:t>DJ SPY OFFICIAL · MEDIA CENTER</w:t>
      </w:r>
    </w:p>
    <w:p>
      <w:r>
        <w:rPr>
          <w:b/>
          <w:color w:val="111111"/>
          <w:sz w:val="48"/>
        </w:rPr>
        <w:t>Official Biography</w:t>
      </w:r>
    </w:p>
    <w:p>
      <w:r>
        <w:rPr>
          <w:i/>
          <w:sz w:val="22"/>
        </w:rPr>
        <w:t>International DJ · Music Producer · Founder of DJSPYOfficial.com</w:t>
      </w:r>
    </w:p>
    <w:p>
      <w:r>
        <w:rPr>
          <w:sz w:val="22"/>
        </w:rPr>
      </w:r>
    </w:p>
    <w:p>
      <w:r>
        <w:rPr>
          <w:sz w:val="22"/>
        </w:rPr>
        <w:t>Johnny Eid, professionally known as DJ SPY, is a Lebanese DJ and music producer based in Dubai. Since beginning his career in 1999, he has developed a distinctive style that blends contemporary Arabic music with international club sounds, including festival EDM, Afro House, melodic techno, Moombahton, and Reggaeton.</w:t>
      </w:r>
    </w:p>
    <w:p>
      <w:r>
        <w:rPr>
          <w:sz w:val="22"/>
        </w:rPr>
        <w:t>His performances span notable venues and events across the United Arab Emirates and the wider region — including Omni Dubai, Stage Dubai, Omni Amman, OX Doha, Opal Giza, and BD House Jeddah — sharing the same stages with a range of Arab artists during festivals, concerts, and major live events.</w:t>
      </w:r>
    </w:p>
    <w:p>
      <w:r>
        <w:rPr>
          <w:sz w:val="22"/>
        </w:rPr>
        <w:t>Beyond live performances, DJ SPY is also the founder of DJSPYOfficial.com, a professional platform dedicated to his original productions, remixes, mashups, and exclusive content for DJs.</w:t>
      </w:r>
    </w:p>
    <w:p>
      <w:r>
        <w:rPr>
          <w:sz w:val="22"/>
        </w:rPr>
      </w:r>
    </w:p>
    <w:p>
      <w:r>
        <w:rPr>
          <w:b/>
          <w:sz w:val="28"/>
        </w:rPr>
        <w:t>Quick Facts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0"/>
              </w:rPr>
              <w:t>Stage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DJ SPY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Real Name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Johnny Eid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Nationality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Lebanese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Based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Dubai, United Arab Emirates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Career Started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1999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Genres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Festival EDM · Afro House · Melodic Techno · Arabic Club Music · Moombahton · Reggaeton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Languages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Arabic · English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Website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https://www.djspyofficial.com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Booking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booking@djspyofficial.com</w:t>
            </w:r>
          </w:p>
        </w:tc>
      </w:tr>
    </w:tbl>
    <w:p>
      <w:r>
        <w:rPr>
          <w:sz w:val="22"/>
        </w:rPr>
      </w:r>
    </w:p>
    <w:p>
      <w:r>
        <w:rPr>
          <w:b/>
          <w:sz w:val="28"/>
        </w:rPr>
        <w:t>Modernizing Arabic Club Music for DJs Worldwide</w:t>
      </w:r>
    </w:p>
    <w:p>
      <w:r>
        <w:rPr>
          <w:sz w:val="22"/>
        </w:rPr>
        <w:t>For decades, Arabic club music has thrived inside a fragmented ecosystem — brilliant edits and remixes trapped in private WhatsApp groups, unlicensed downloads, and hard drives passed between DJs. DJ SPY is quietly rebuilding that infrastructure from scratch.</w:t>
      </w:r>
    </w:p>
    <w:p>
      <w:r>
        <w:rPr>
          <w:sz w:val="22"/>
        </w:rPr>
        <w:t>Through DJSPYOfficial.com, he is bringing the same standards found in Beatport, Apple Music, and Spotify to Arabic club music: legally-licensed high-quality files, DJ-ready remixes and edits, transparent pricing, and instant delivery. The platform serves DJs across the Middle East, North Africa, and the global diaspora — offering the exclusive edits that make a set feel unmistakably DJ SPY.</w:t>
      </w:r>
    </w:p>
    <w:p>
      <w:r>
        <w:rPr>
          <w:sz w:val="22"/>
        </w:rPr>
        <w:t>It is a bet on the professionalization of a scene that has always been culturally powerful but commercially informal. And it is the natural next chapter for an artist whose entire career has been spent bridging cultures — Lebanon to Dubai, Arabic to English, festival stage to production studio.</w:t>
      </w:r>
    </w:p>
    <w:p>
      <w:r>
        <w:rPr>
          <w:sz w:val="22"/>
        </w:rPr>
      </w:r>
    </w:p>
    <w:p>
      <w:r>
        <w:rPr>
          <w:i/>
          <w:sz w:val="22"/>
        </w:rPr>
        <w:t>© DJ SPY Official — for editorial use.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 SPY Official Biography</dc:title>
  <dc:subject>Official biography for editorial use</dc:subject>
  <dc:creator>DJ SPY Official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